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64DF" w14:textId="77777777" w:rsidR="00D22E3D" w:rsidRPr="005804C6" w:rsidRDefault="000E634F">
      <w:pPr>
        <w:spacing w:after="400"/>
        <w:jc w:val="right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b/>
          <w:sz w:val="24"/>
          <w:szCs w:val="24"/>
        </w:rPr>
        <w:t>Al Dirigente Scolastico</w:t>
      </w:r>
      <w:r w:rsidRPr="005804C6">
        <w:rPr>
          <w:rFonts w:asciiTheme="majorHAnsi" w:hAnsiTheme="majorHAnsi" w:cstheme="majorHAnsi"/>
          <w:b/>
          <w:sz w:val="24"/>
          <w:szCs w:val="24"/>
        </w:rPr>
        <w:br/>
        <w:t>dell’Istituto Comprensivo “Manzoni – Dina e Clarenza”</w:t>
      </w:r>
    </w:p>
    <w:p w14:paraId="4A9D6755" w14:textId="77777777" w:rsidR="005804C6" w:rsidRDefault="005804C6">
      <w:pPr>
        <w:spacing w:after="140"/>
        <w:rPr>
          <w:rFonts w:asciiTheme="majorHAnsi" w:hAnsiTheme="majorHAnsi" w:cstheme="majorHAnsi"/>
          <w:sz w:val="24"/>
          <w:szCs w:val="24"/>
        </w:rPr>
      </w:pPr>
    </w:p>
    <w:p w14:paraId="70747E06" w14:textId="49070D7C" w:rsidR="00D22E3D" w:rsidRPr="005804C6" w:rsidRDefault="000E634F" w:rsidP="005804C6">
      <w:pPr>
        <w:spacing w:after="14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sz w:val="24"/>
          <w:szCs w:val="24"/>
        </w:rPr>
        <w:t xml:space="preserve">Il/la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sottoscritto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>/a ______________________________________________________________</w:t>
      </w:r>
      <w:r w:rsidR="005804C6" w:rsidRPr="005804C6">
        <w:rPr>
          <w:rFonts w:asciiTheme="majorHAnsi" w:hAnsiTheme="majorHAnsi" w:cstheme="majorHAnsi"/>
          <w:sz w:val="24"/>
          <w:szCs w:val="24"/>
        </w:rPr>
        <w:t>_</w:t>
      </w:r>
    </w:p>
    <w:p w14:paraId="4013A32B" w14:textId="77777777" w:rsidR="00D22E3D" w:rsidRPr="005804C6" w:rsidRDefault="000E634F" w:rsidP="005804C6">
      <w:pPr>
        <w:spacing w:after="14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sz w:val="24"/>
          <w:szCs w:val="24"/>
        </w:rPr>
        <w:t>nato/a a __________________________________________ il ____________________</w:t>
      </w:r>
    </w:p>
    <w:p w14:paraId="4C676D2E" w14:textId="78A76628" w:rsidR="00D22E3D" w:rsidRPr="005804C6" w:rsidRDefault="000E634F" w:rsidP="005804C6">
      <w:pPr>
        <w:spacing w:after="14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sz w:val="24"/>
          <w:szCs w:val="24"/>
        </w:rPr>
        <w:t xml:space="preserve">in servizio c/o codesta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Istituzione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Scolastica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qualità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di _________________________________</w:t>
      </w:r>
    </w:p>
    <w:p w14:paraId="36D45F45" w14:textId="77777777" w:rsidR="00D22E3D" w:rsidRPr="005804C6" w:rsidRDefault="000E634F" w:rsidP="005804C6">
      <w:pPr>
        <w:spacing w:after="24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sz w:val="24"/>
          <w:szCs w:val="24"/>
        </w:rPr>
        <w:t>nelle classi __________________________________________ sez. __________________</w:t>
      </w:r>
    </w:p>
    <w:p w14:paraId="0C57A094" w14:textId="77777777" w:rsidR="00D22E3D" w:rsidRPr="005804C6" w:rsidRDefault="000E634F" w:rsidP="005804C6">
      <w:pPr>
        <w:spacing w:after="200"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b/>
          <w:sz w:val="24"/>
          <w:szCs w:val="24"/>
        </w:rPr>
        <w:t>DICHIARA</w:t>
      </w:r>
    </w:p>
    <w:p w14:paraId="18B7FE52" w14:textId="759F27AE" w:rsidR="00D22E3D" w:rsidRPr="005804C6" w:rsidRDefault="000E634F" w:rsidP="005804C6">
      <w:pPr>
        <w:spacing w:after="6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b/>
          <w:sz w:val="24"/>
          <w:szCs w:val="24"/>
        </w:rPr>
        <w:t>☐</w:t>
      </w:r>
      <w:r w:rsidRPr="005804C6">
        <w:rPr>
          <w:rFonts w:asciiTheme="majorHAnsi" w:hAnsiTheme="majorHAnsi" w:cstheme="majorHAnsi"/>
          <w:b/>
          <w:sz w:val="24"/>
          <w:szCs w:val="24"/>
        </w:rPr>
        <w:t xml:space="preserve"> di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essere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disponibile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ad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accompagnare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gli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alunni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della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classe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_________sez. ______ durante:</w:t>
      </w:r>
    </w:p>
    <w:p w14:paraId="65A45E3D" w14:textId="75C23618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Visita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didattica</w:t>
      </w:r>
      <w:proofErr w:type="spellEnd"/>
    </w:p>
    <w:p w14:paraId="6DC02AD1" w14:textId="36A22889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Viaggio di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istruzione</w:t>
      </w:r>
      <w:proofErr w:type="spellEnd"/>
    </w:p>
    <w:p w14:paraId="003779E8" w14:textId="05F9E651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Uscite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già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deliberate</w:t>
      </w:r>
    </w:p>
    <w:p w14:paraId="6B4C74FF" w14:textId="77777777" w:rsidR="00D22E3D" w:rsidRPr="005804C6" w:rsidRDefault="00D22E3D" w:rsidP="005804C6">
      <w:pPr>
        <w:spacing w:after="80" w:line="276" w:lineRule="auto"/>
        <w:rPr>
          <w:rFonts w:asciiTheme="majorHAnsi" w:hAnsiTheme="majorHAnsi" w:cstheme="majorHAnsi"/>
          <w:sz w:val="24"/>
          <w:szCs w:val="24"/>
        </w:rPr>
      </w:pPr>
    </w:p>
    <w:p w14:paraId="6F3151EC" w14:textId="091CE6B8" w:rsidR="00D22E3D" w:rsidRPr="005804C6" w:rsidRDefault="000E634F" w:rsidP="005804C6">
      <w:pPr>
        <w:spacing w:after="6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b/>
          <w:sz w:val="24"/>
          <w:szCs w:val="24"/>
        </w:rPr>
        <w:t>☐</w:t>
      </w:r>
      <w:r w:rsidRPr="005804C6">
        <w:rPr>
          <w:rFonts w:asciiTheme="majorHAnsi" w:hAnsiTheme="majorHAnsi" w:cstheme="majorHAnsi"/>
          <w:b/>
          <w:sz w:val="24"/>
          <w:szCs w:val="24"/>
        </w:rPr>
        <w:t xml:space="preserve"> di non essere disponibile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ad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accompagnare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gli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alunni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della </w:t>
      </w:r>
      <w:proofErr w:type="spellStart"/>
      <w:r w:rsidRPr="005804C6">
        <w:rPr>
          <w:rFonts w:asciiTheme="majorHAnsi" w:hAnsiTheme="majorHAnsi" w:cstheme="majorHAnsi"/>
          <w:b/>
          <w:sz w:val="24"/>
          <w:szCs w:val="24"/>
        </w:rPr>
        <w:t>classe</w:t>
      </w:r>
      <w:proofErr w:type="spellEnd"/>
      <w:r w:rsidRPr="005804C6">
        <w:rPr>
          <w:rFonts w:asciiTheme="majorHAnsi" w:hAnsiTheme="majorHAnsi" w:cstheme="majorHAnsi"/>
          <w:b/>
          <w:sz w:val="24"/>
          <w:szCs w:val="24"/>
        </w:rPr>
        <w:t xml:space="preserve"> ______sez. ______ durante:</w:t>
      </w:r>
    </w:p>
    <w:p w14:paraId="5220B98D" w14:textId="34CBDB24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Visita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didattica</w:t>
      </w:r>
      <w:proofErr w:type="spellEnd"/>
    </w:p>
    <w:p w14:paraId="4C7B48F0" w14:textId="0BA2B3B2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Viaggio di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istruzione</w:t>
      </w:r>
      <w:proofErr w:type="spellEnd"/>
    </w:p>
    <w:p w14:paraId="30A9FC8D" w14:textId="7BD46F4E" w:rsidR="00D22E3D" w:rsidRPr="005804C6" w:rsidRDefault="000E634F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="Segoe UI Symbol" w:hAnsi="Segoe UI Symbol" w:cs="Segoe UI Symbol"/>
          <w:sz w:val="24"/>
          <w:szCs w:val="24"/>
        </w:rPr>
        <w:t>☐</w:t>
      </w:r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Uscite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già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deliberate</w:t>
      </w:r>
    </w:p>
    <w:p w14:paraId="044A6D24" w14:textId="77777777" w:rsidR="00D22E3D" w:rsidRPr="005804C6" w:rsidRDefault="00D22E3D" w:rsidP="005804C6">
      <w:pPr>
        <w:spacing w:after="20" w:line="276" w:lineRule="auto"/>
        <w:rPr>
          <w:rFonts w:asciiTheme="majorHAnsi" w:hAnsiTheme="majorHAnsi" w:cstheme="majorHAnsi"/>
          <w:sz w:val="24"/>
          <w:szCs w:val="24"/>
        </w:rPr>
      </w:pPr>
    </w:p>
    <w:p w14:paraId="3649AF3B" w14:textId="6EFB1B92" w:rsidR="00D22E3D" w:rsidRPr="005804C6" w:rsidRDefault="000E634F" w:rsidP="005804C6">
      <w:pPr>
        <w:spacing w:after="100" w:line="276" w:lineRule="auto"/>
        <w:rPr>
          <w:rFonts w:asciiTheme="majorHAnsi" w:hAnsiTheme="majorHAnsi" w:cstheme="majorHAnsi"/>
          <w:sz w:val="24"/>
          <w:szCs w:val="24"/>
        </w:rPr>
      </w:pPr>
      <w:r w:rsidRPr="005804C6">
        <w:rPr>
          <w:rFonts w:asciiTheme="majorHAnsi" w:hAnsiTheme="majorHAnsi" w:cstheme="majorHAnsi"/>
          <w:sz w:val="24"/>
          <w:szCs w:val="24"/>
        </w:rPr>
        <w:t xml:space="preserve">di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essere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consapevole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5804C6">
        <w:rPr>
          <w:rFonts w:asciiTheme="majorHAnsi" w:hAnsiTheme="majorHAnsi" w:cstheme="majorHAnsi"/>
          <w:sz w:val="24"/>
          <w:szCs w:val="24"/>
        </w:rPr>
        <w:t>dell’obbligo</w:t>
      </w:r>
      <w:proofErr w:type="spellEnd"/>
      <w:r w:rsidRPr="005804C6">
        <w:rPr>
          <w:rFonts w:asciiTheme="majorHAnsi" w:hAnsiTheme="majorHAnsi" w:cstheme="majorHAnsi"/>
          <w:sz w:val="24"/>
          <w:szCs w:val="24"/>
        </w:rPr>
        <w:t xml:space="preserve"> di vigilanza attenta e assidua a tutela dell’incolumità degli alunni, con l’assunzione delle responsabilità.</w:t>
      </w:r>
    </w:p>
    <w:p w14:paraId="301053D0" w14:textId="77777777" w:rsidR="005804C6" w:rsidRPr="005804C6" w:rsidRDefault="005804C6">
      <w:pPr>
        <w:spacing w:after="180"/>
        <w:rPr>
          <w:rFonts w:asciiTheme="majorHAnsi" w:hAnsiTheme="majorHAnsi" w:cstheme="majorHAnsi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22E3D" w:rsidRPr="005804C6" w14:paraId="588B7A53" w14:textId="77777777">
        <w:trPr>
          <w:jc w:val="center"/>
        </w:trPr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ED17" w14:textId="77777777" w:rsidR="00D22E3D" w:rsidRPr="005804C6" w:rsidRDefault="000E634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04C6">
              <w:rPr>
                <w:rFonts w:asciiTheme="majorHAnsi" w:hAnsiTheme="majorHAnsi" w:cstheme="majorHAnsi"/>
                <w:sz w:val="24"/>
                <w:szCs w:val="24"/>
              </w:rPr>
              <w:t>Messina, ____________________</w:t>
            </w: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45131" w14:textId="77777777" w:rsidR="00D22E3D" w:rsidRPr="005804C6" w:rsidRDefault="000E634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804C6">
              <w:rPr>
                <w:rFonts w:asciiTheme="majorHAnsi" w:hAnsiTheme="majorHAnsi" w:cstheme="majorHAnsi"/>
                <w:b/>
                <w:sz w:val="24"/>
                <w:szCs w:val="24"/>
              </w:rPr>
              <w:t>Il Docente</w:t>
            </w:r>
          </w:p>
          <w:p w14:paraId="361B835E" w14:textId="77777777" w:rsidR="00D22E3D" w:rsidRPr="005804C6" w:rsidRDefault="000E634F">
            <w:pPr>
              <w:spacing w:before="40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804C6">
              <w:rPr>
                <w:rFonts w:asciiTheme="majorHAnsi" w:hAnsiTheme="majorHAnsi" w:cstheme="majorHAnsi"/>
                <w:sz w:val="24"/>
                <w:szCs w:val="24"/>
              </w:rPr>
              <w:t>____________________________</w:t>
            </w:r>
          </w:p>
        </w:tc>
      </w:tr>
    </w:tbl>
    <w:p w14:paraId="79E09F6F" w14:textId="77777777" w:rsidR="000E634F" w:rsidRPr="005804C6" w:rsidRDefault="000E634F">
      <w:pPr>
        <w:rPr>
          <w:rFonts w:asciiTheme="majorHAnsi" w:hAnsiTheme="majorHAnsi" w:cstheme="majorHAnsi"/>
          <w:sz w:val="24"/>
          <w:szCs w:val="24"/>
        </w:rPr>
      </w:pPr>
    </w:p>
    <w:sectPr w:rsidR="000E634F" w:rsidRPr="005804C6" w:rsidSect="00034616">
      <w:pgSz w:w="11906" w:h="16838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8579139">
    <w:abstractNumId w:val="8"/>
  </w:num>
  <w:num w:numId="2" w16cid:durableId="1979335484">
    <w:abstractNumId w:val="6"/>
  </w:num>
  <w:num w:numId="3" w16cid:durableId="1932008297">
    <w:abstractNumId w:val="5"/>
  </w:num>
  <w:num w:numId="4" w16cid:durableId="212426489">
    <w:abstractNumId w:val="4"/>
  </w:num>
  <w:num w:numId="5" w16cid:durableId="585840590">
    <w:abstractNumId w:val="7"/>
  </w:num>
  <w:num w:numId="6" w16cid:durableId="1725136504">
    <w:abstractNumId w:val="3"/>
  </w:num>
  <w:num w:numId="7" w16cid:durableId="467868981">
    <w:abstractNumId w:val="2"/>
  </w:num>
  <w:num w:numId="8" w16cid:durableId="2080403190">
    <w:abstractNumId w:val="1"/>
  </w:num>
  <w:num w:numId="9" w16cid:durableId="69758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B17"/>
    <w:rsid w:val="000E634F"/>
    <w:rsid w:val="0015074B"/>
    <w:rsid w:val="0029639D"/>
    <w:rsid w:val="00326F90"/>
    <w:rsid w:val="005804C6"/>
    <w:rsid w:val="00AA1D8D"/>
    <w:rsid w:val="00B11CCD"/>
    <w:rsid w:val="00B47730"/>
    <w:rsid w:val="00CB0664"/>
    <w:rsid w:val="00D22E3D"/>
    <w:rsid w:val="00E226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12B28"/>
  <w14:defaultImageDpi w14:val="300"/>
  <w15:docId w15:val="{FFDB21D6-2759-EA47-A626-4FEDB6A3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40" w:lineRule="auto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disponibilità/indisponibilità ad accompagnare gli alunni</dc:title>
  <dc:subject/>
  <dc:creator>Ic Manzoni</dc:creator>
  <cp:keywords/>
  <dc:description>generated by python-docx</dc:description>
  <cp:lastModifiedBy>Ic Manzoni</cp:lastModifiedBy>
  <cp:revision>3</cp:revision>
  <cp:lastPrinted>2026-10-05T11:28:00Z</cp:lastPrinted>
  <dcterms:created xsi:type="dcterms:W3CDTF">2026-10-05T10:56:00Z</dcterms:created>
  <dcterms:modified xsi:type="dcterms:W3CDTF">2026-10-05T11:30:00Z</dcterms:modified>
  <cp:category/>
</cp:coreProperties>
</file>